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AAC9" w14:textId="77777777" w:rsidR="00EB6EB2" w:rsidRPr="001E021E" w:rsidRDefault="00000000">
      <w:pPr>
        <w:pStyle w:val="Ttulo1"/>
        <w:rPr>
          <w:lang w:val="pt-BR"/>
        </w:rPr>
      </w:pPr>
      <w:r w:rsidRPr="001E021E">
        <w:rPr>
          <w:lang w:val="pt-BR"/>
        </w:rPr>
        <w:t>REGULAMENTO GERAL – PET RUN</w:t>
      </w:r>
    </w:p>
    <w:p w14:paraId="2043B8D6" w14:textId="77777777" w:rsidR="00EB6EB2" w:rsidRPr="001E021E" w:rsidRDefault="00000000">
      <w:pPr>
        <w:rPr>
          <w:lang w:val="pt-BR"/>
        </w:rPr>
      </w:pPr>
      <w:r w:rsidRPr="001E021E">
        <w:rPr>
          <w:lang w:val="pt-BR"/>
        </w:rPr>
        <w:t>Largada e chegada: Ginásio Celso Morbach – R. Dom João Becker, 313 – Centro, São Leopoldo</w:t>
      </w:r>
    </w:p>
    <w:p w14:paraId="6116BF15" w14:textId="2F0DF676" w:rsidR="00EB6EB2" w:rsidRDefault="00000000">
      <w:r>
        <w:t>Data: 01/06</w:t>
      </w:r>
      <w:r w:rsidR="00CC7195">
        <w:t>/2025</w:t>
      </w:r>
    </w:p>
    <w:p w14:paraId="40AD8490" w14:textId="77777777" w:rsidR="00EB6EB2" w:rsidRDefault="00000000">
      <w:r>
        <w:t>Horário: 8h00</w:t>
      </w:r>
    </w:p>
    <w:p w14:paraId="5BC34C6C" w14:textId="77777777" w:rsidR="00EB6EB2" w:rsidRDefault="00000000">
      <w:pPr>
        <w:pStyle w:val="Ttulo2"/>
      </w:pPr>
      <w:r>
        <w:t>MODALIDADES</w:t>
      </w:r>
    </w:p>
    <w:p w14:paraId="6E57A958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Caminhada 3km com pet ou individual</w:t>
      </w:r>
    </w:p>
    <w:p w14:paraId="34087434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Corrida 3km com pet ou individual</w:t>
      </w:r>
    </w:p>
    <w:p w14:paraId="435EC3A2" w14:textId="77777777" w:rsidR="00EB6EB2" w:rsidRDefault="00000000">
      <w:pPr>
        <w:pStyle w:val="Commarcadores"/>
      </w:pPr>
      <w:r>
        <w:t>Corrida 6km individual</w:t>
      </w:r>
    </w:p>
    <w:p w14:paraId="25840867" w14:textId="77777777" w:rsidR="00EB6EB2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Percurso predominantemente em asfalto, podendo incluir trechos em paralelepípedo.</w:t>
      </w:r>
    </w:p>
    <w:p w14:paraId="3553066E" w14:textId="77777777" w:rsidR="00862074" w:rsidRDefault="00862074" w:rsidP="00862074">
      <w:pPr>
        <w:pStyle w:val="Commarcadores"/>
        <w:numPr>
          <w:ilvl w:val="0"/>
          <w:numId w:val="0"/>
        </w:numPr>
        <w:ind w:left="360" w:hanging="360"/>
        <w:rPr>
          <w:lang w:val="pt-BR"/>
        </w:rPr>
      </w:pPr>
    </w:p>
    <w:p w14:paraId="2CD851FB" w14:textId="121C0D3C" w:rsidR="00862074" w:rsidRPr="00BF589B" w:rsidRDefault="00862074" w:rsidP="00862074">
      <w:pPr>
        <w:pStyle w:val="Commarcadores"/>
        <w:numPr>
          <w:ilvl w:val="0"/>
          <w:numId w:val="0"/>
        </w:numPr>
        <w:ind w:left="360" w:hanging="360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val="pt-BR"/>
        </w:rPr>
      </w:pPr>
      <w:r w:rsidRPr="00BF589B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val="pt-BR"/>
        </w:rPr>
        <w:t>Raças que precisa utilizar focinheira, não especificamente são de porte G</w:t>
      </w:r>
      <w:r w:rsidR="00BF589B" w:rsidRPr="00BF589B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val="pt-BR"/>
        </w:rPr>
        <w:t xml:space="preserve"> </w:t>
      </w:r>
      <w:r w:rsidR="00BF589B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val="pt-BR"/>
        </w:rPr>
        <w:t>(todos os tamanhos)</w:t>
      </w:r>
    </w:p>
    <w:p w14:paraId="71969215" w14:textId="3E72663D" w:rsidR="00862074" w:rsidRPr="00862074" w:rsidRDefault="00862074" w:rsidP="00862074">
      <w:pPr>
        <w:pStyle w:val="Commarcadores"/>
        <w:numPr>
          <w:ilvl w:val="0"/>
          <w:numId w:val="0"/>
        </w:numPr>
        <w:ind w:hanging="360"/>
      </w:pPr>
      <w:r w:rsidRPr="00BF589B">
        <w:rPr>
          <w:lang w:val="pt-BR"/>
        </w:rPr>
        <w:tab/>
      </w:r>
      <w:r w:rsidRPr="00862074">
        <w:t xml:space="preserve">Rottweiler, </w:t>
      </w:r>
      <w:proofErr w:type="spellStart"/>
      <w:r w:rsidRPr="00862074">
        <w:t>Mastim</w:t>
      </w:r>
      <w:proofErr w:type="spellEnd"/>
      <w:r w:rsidRPr="00862074">
        <w:t xml:space="preserve"> Napolitano, American Staffordshire Terrier, American Bully, Fila</w:t>
      </w:r>
      <w:r>
        <w:t xml:space="preserve"> </w:t>
      </w:r>
      <w:r w:rsidRPr="00862074">
        <w:t>Brasileiro, Doberman.</w:t>
      </w:r>
    </w:p>
    <w:p w14:paraId="55431622" w14:textId="77777777" w:rsidR="00EB6EB2" w:rsidRPr="001E021E" w:rsidRDefault="00000000">
      <w:pPr>
        <w:pStyle w:val="Ttulo2"/>
        <w:rPr>
          <w:lang w:val="pt-BR"/>
        </w:rPr>
      </w:pPr>
      <w:r w:rsidRPr="001E021E">
        <w:rPr>
          <w:lang w:val="pt-BR"/>
        </w:rPr>
        <w:t>ENTREGA DOS KITS</w:t>
      </w:r>
    </w:p>
    <w:p w14:paraId="09B4F178" w14:textId="77777777" w:rsidR="00EB6EB2" w:rsidRPr="001E021E" w:rsidRDefault="00000000">
      <w:pPr>
        <w:rPr>
          <w:lang w:val="pt-BR"/>
        </w:rPr>
      </w:pPr>
      <w:r w:rsidRPr="001E021E">
        <w:rPr>
          <w:lang w:val="pt-BR"/>
        </w:rPr>
        <w:t>No dia e local do evento: das 6h30 às 7h45</w:t>
      </w:r>
    </w:p>
    <w:p w14:paraId="7DA03745" w14:textId="77777777" w:rsidR="00EB6EB2" w:rsidRPr="001E021E" w:rsidRDefault="00000000">
      <w:pPr>
        <w:rPr>
          <w:lang w:val="pt-BR"/>
        </w:rPr>
      </w:pPr>
      <w:r w:rsidRPr="001E021E">
        <w:rPr>
          <w:lang w:val="pt-BR"/>
        </w:rPr>
        <w:t>Não haverá entrega de kits após esse horário.</w:t>
      </w:r>
    </w:p>
    <w:p w14:paraId="0675587E" w14:textId="77777777" w:rsidR="00EB6EB2" w:rsidRDefault="00000000">
      <w:r>
        <w:t xml:space="preserve">Kit da </w:t>
      </w:r>
      <w:proofErr w:type="spellStart"/>
      <w:r>
        <w:t>Prova</w:t>
      </w:r>
      <w:proofErr w:type="spellEnd"/>
      <w:r>
        <w:t xml:space="preserve"> </w:t>
      </w:r>
      <w:proofErr w:type="spellStart"/>
      <w:r>
        <w:t>inclui</w:t>
      </w:r>
      <w:proofErr w:type="spellEnd"/>
      <w:r>
        <w:t>:</w:t>
      </w:r>
    </w:p>
    <w:p w14:paraId="5ED08827" w14:textId="77777777" w:rsidR="00EB6EB2" w:rsidRDefault="00000000">
      <w:pPr>
        <w:pStyle w:val="Commarcadores"/>
      </w:pPr>
      <w:r>
        <w:t>Camiseta do evento</w:t>
      </w:r>
    </w:p>
    <w:p w14:paraId="01042AB8" w14:textId="77777777" w:rsidR="00EB6EB2" w:rsidRDefault="00000000">
      <w:pPr>
        <w:pStyle w:val="Commarcadores"/>
      </w:pPr>
      <w:r>
        <w:t>Número de peito</w:t>
      </w:r>
    </w:p>
    <w:p w14:paraId="17E79390" w14:textId="77777777" w:rsidR="00EB6EB2" w:rsidRDefault="00000000">
      <w:pPr>
        <w:pStyle w:val="Commarcadores"/>
      </w:pPr>
      <w:r>
        <w:t>Medalha de participação</w:t>
      </w:r>
    </w:p>
    <w:p w14:paraId="2A14B011" w14:textId="77777777" w:rsidR="00EB6EB2" w:rsidRDefault="00000000">
      <w:pPr>
        <w:pStyle w:val="Ttulo2"/>
      </w:pPr>
      <w:r>
        <w:t>VALOR DA INSCRIÇÃO</w:t>
      </w:r>
    </w:p>
    <w:p w14:paraId="76B3365B" w14:textId="77777777" w:rsidR="00EB6EB2" w:rsidRPr="001E021E" w:rsidRDefault="00000000">
      <w:pPr>
        <w:rPr>
          <w:lang w:val="pt-BR"/>
        </w:rPr>
      </w:pPr>
      <w:r w:rsidRPr="001E021E">
        <w:rPr>
          <w:lang w:val="pt-BR"/>
        </w:rPr>
        <w:t>R$ 70,00 (com kit completo: camiseta, número e medalha)</w:t>
      </w:r>
    </w:p>
    <w:p w14:paraId="54392FC4" w14:textId="77777777" w:rsidR="00EB6EB2" w:rsidRPr="001E021E" w:rsidRDefault="00000000">
      <w:pPr>
        <w:pStyle w:val="Ttulo2"/>
        <w:rPr>
          <w:lang w:val="pt-BR"/>
        </w:rPr>
      </w:pPr>
      <w:r w:rsidRPr="001E021E">
        <w:rPr>
          <w:lang w:val="pt-BR"/>
        </w:rPr>
        <w:t>PREMIAÇÃO</w:t>
      </w:r>
    </w:p>
    <w:p w14:paraId="30EA473F" w14:textId="7021BFAD" w:rsidR="00EB6EB2" w:rsidRPr="001E021E" w:rsidRDefault="00000000">
      <w:pPr>
        <w:rPr>
          <w:lang w:val="pt-BR"/>
        </w:rPr>
      </w:pPr>
      <w:r w:rsidRPr="001E021E">
        <w:rPr>
          <w:lang w:val="pt-BR"/>
        </w:rPr>
        <w:t xml:space="preserve">Corrida </w:t>
      </w:r>
      <w:r w:rsidR="001E021E" w:rsidRPr="001E021E">
        <w:rPr>
          <w:lang w:val="pt-BR"/>
        </w:rPr>
        <w:t xml:space="preserve">3Km </w:t>
      </w:r>
      <w:r w:rsidR="00862074">
        <w:rPr>
          <w:lang w:val="pt-BR"/>
        </w:rPr>
        <w:t xml:space="preserve">com pet e individual </w:t>
      </w:r>
      <w:r w:rsidR="001E021E" w:rsidRPr="001E021E">
        <w:rPr>
          <w:lang w:val="pt-BR"/>
        </w:rPr>
        <w:t xml:space="preserve">e </w:t>
      </w:r>
      <w:r w:rsidRPr="001E021E">
        <w:rPr>
          <w:lang w:val="pt-BR"/>
        </w:rPr>
        <w:t>6km (individual):</w:t>
      </w:r>
    </w:p>
    <w:p w14:paraId="26BC1BF2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Troféus do 1º ao 5º lugar – Geral Masculino e Geral Feminino</w:t>
      </w:r>
    </w:p>
    <w:p w14:paraId="1988E783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Medalhas para os 5 primeiros colocados por faixa etária:</w:t>
      </w:r>
    </w:p>
    <w:p w14:paraId="342642D7" w14:textId="77777777" w:rsidR="00EB6EB2" w:rsidRDefault="00000000">
      <w:pPr>
        <w:pStyle w:val="Commarcadores"/>
      </w:pPr>
      <w:r>
        <w:t xml:space="preserve">15 a 19 </w:t>
      </w:r>
      <w:proofErr w:type="spellStart"/>
      <w:r>
        <w:t>anos</w:t>
      </w:r>
      <w:proofErr w:type="spellEnd"/>
    </w:p>
    <w:p w14:paraId="3ADEF910" w14:textId="77777777" w:rsidR="00EB6EB2" w:rsidRDefault="00000000">
      <w:pPr>
        <w:pStyle w:val="Commarcadores"/>
      </w:pPr>
      <w:r>
        <w:t>20 a 24 anos</w:t>
      </w:r>
    </w:p>
    <w:p w14:paraId="1705B52E" w14:textId="77777777" w:rsidR="00EB6EB2" w:rsidRDefault="00000000">
      <w:pPr>
        <w:pStyle w:val="Commarcadores"/>
      </w:pPr>
      <w:r>
        <w:t>25 a 29 anos</w:t>
      </w:r>
    </w:p>
    <w:p w14:paraId="51045B6F" w14:textId="77777777" w:rsidR="00EB6EB2" w:rsidRDefault="00000000">
      <w:pPr>
        <w:pStyle w:val="Commarcadores"/>
      </w:pPr>
      <w:r>
        <w:t>30 a 34 anos</w:t>
      </w:r>
    </w:p>
    <w:p w14:paraId="2F34943B" w14:textId="77777777" w:rsidR="00EB6EB2" w:rsidRDefault="00000000">
      <w:pPr>
        <w:pStyle w:val="Commarcadores"/>
      </w:pPr>
      <w:r>
        <w:t>35 a 39 anos</w:t>
      </w:r>
    </w:p>
    <w:p w14:paraId="0F276C49" w14:textId="77777777" w:rsidR="00EB6EB2" w:rsidRDefault="00000000">
      <w:pPr>
        <w:pStyle w:val="Commarcadores"/>
      </w:pPr>
      <w:r>
        <w:lastRenderedPageBreak/>
        <w:t>40 a 44 anos</w:t>
      </w:r>
    </w:p>
    <w:p w14:paraId="7671DF9E" w14:textId="77777777" w:rsidR="00EB6EB2" w:rsidRDefault="00000000">
      <w:pPr>
        <w:pStyle w:val="Commarcadores"/>
      </w:pPr>
      <w:r>
        <w:t>45 a 49 anos</w:t>
      </w:r>
    </w:p>
    <w:p w14:paraId="099CABF5" w14:textId="77777777" w:rsidR="00EB6EB2" w:rsidRDefault="00000000">
      <w:pPr>
        <w:pStyle w:val="Commarcadores"/>
      </w:pPr>
      <w:r>
        <w:t>50 a 54 anos</w:t>
      </w:r>
    </w:p>
    <w:p w14:paraId="5A7D9DB6" w14:textId="77777777" w:rsidR="00EB6EB2" w:rsidRDefault="00000000">
      <w:pPr>
        <w:pStyle w:val="Commarcadores"/>
      </w:pPr>
      <w:r>
        <w:t>55 a 59 anos</w:t>
      </w:r>
    </w:p>
    <w:p w14:paraId="20182271" w14:textId="77777777" w:rsidR="00EB6EB2" w:rsidRDefault="00000000">
      <w:pPr>
        <w:pStyle w:val="Commarcadores"/>
      </w:pPr>
      <w:r>
        <w:t>60 a 64 anos</w:t>
      </w:r>
    </w:p>
    <w:p w14:paraId="58EDFBED" w14:textId="77777777" w:rsidR="00EB6EB2" w:rsidRDefault="00000000">
      <w:pPr>
        <w:pStyle w:val="Commarcadores"/>
      </w:pPr>
      <w:r>
        <w:t>65 a 69 anos</w:t>
      </w:r>
    </w:p>
    <w:p w14:paraId="3CE699C0" w14:textId="77777777" w:rsidR="00EB6EB2" w:rsidRDefault="00000000">
      <w:pPr>
        <w:pStyle w:val="Commarcadores"/>
      </w:pPr>
      <w:r>
        <w:t>70 anos ou mais</w:t>
      </w:r>
    </w:p>
    <w:p w14:paraId="75A52EBE" w14:textId="71374C28" w:rsidR="00EB6EB2" w:rsidRPr="001E021E" w:rsidRDefault="00000000">
      <w:pPr>
        <w:rPr>
          <w:lang w:val="pt-BR"/>
        </w:rPr>
      </w:pPr>
      <w:r w:rsidRPr="001E021E">
        <w:rPr>
          <w:lang w:val="pt-BR"/>
        </w:rPr>
        <w:t>Caminhada 3km (com ou sem pet):</w:t>
      </w:r>
    </w:p>
    <w:p w14:paraId="5CFF209D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Medalha de participação a todos os inscritos.</w:t>
      </w:r>
    </w:p>
    <w:p w14:paraId="42930EF6" w14:textId="77777777" w:rsidR="00EB6EB2" w:rsidRDefault="00000000">
      <w:pPr>
        <w:pStyle w:val="Ttulo2"/>
      </w:pPr>
      <w:r>
        <w:t>CONSIDERAÇÕES GERAIS</w:t>
      </w:r>
    </w:p>
    <w:p w14:paraId="1EB1CABC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A prova visa incentivar a prática esportiva e o convívio entre pets e seus tutores.</w:t>
      </w:r>
    </w:p>
    <w:p w14:paraId="25BB6032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Os participantes deverão respeitar o trajeto definido pela organização.</w:t>
      </w:r>
    </w:p>
    <w:p w14:paraId="20662619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A corrida será realizada sob qualquer condição climática, salvo risco extremo à integridade dos participantes e seus pets.</w:t>
      </w:r>
    </w:p>
    <w:p w14:paraId="09D04EF3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É obrigatória a utilização do número de peito visível durante a prova.</w:t>
      </w:r>
    </w:p>
    <w:p w14:paraId="177166CB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Em caso de necessidade, a organização poderá solicitar atestado veterinário para os animais participantes.</w:t>
      </w:r>
    </w:p>
    <w:p w14:paraId="74813B28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Caso o evento precise ser adiado por motivo de força maior, a inscrição será válida para a nova data.</w:t>
      </w:r>
    </w:p>
    <w:p w14:paraId="1CC75D54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Será disponibilizado ponto de hidratação para humanos e pets.</w:t>
      </w:r>
    </w:p>
    <w:p w14:paraId="2754134B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Ambulância estará disponível para atendimento emergencial.</w:t>
      </w:r>
    </w:p>
    <w:p w14:paraId="5F74EB6D" w14:textId="77777777" w:rsidR="00EB6EB2" w:rsidRPr="001E021E" w:rsidRDefault="00000000">
      <w:pPr>
        <w:pStyle w:val="Commarcadores"/>
        <w:rPr>
          <w:lang w:val="pt-BR"/>
        </w:rPr>
      </w:pPr>
      <w:r w:rsidRPr="001E021E">
        <w:rPr>
          <w:lang w:val="pt-BR"/>
        </w:rPr>
        <w:t>A inscrição implica na aceitação do uso da imagem dos participantes (humanos e pets) para divulgação do evento.</w:t>
      </w:r>
    </w:p>
    <w:p w14:paraId="2378A3DE" w14:textId="77777777" w:rsidR="00EB6EB2" w:rsidRDefault="00000000">
      <w:pPr>
        <w:pStyle w:val="Commarcadores"/>
      </w:pPr>
      <w:r>
        <w:t xml:space="preserve">É </w:t>
      </w:r>
      <w:proofErr w:type="spellStart"/>
      <w:r>
        <w:t>proibido</w:t>
      </w:r>
      <w:proofErr w:type="spellEnd"/>
      <w:r>
        <w:t>:</w:t>
      </w:r>
    </w:p>
    <w:p w14:paraId="66334B5F" w14:textId="77777777" w:rsidR="00EB6EB2" w:rsidRPr="001E021E" w:rsidRDefault="00000000">
      <w:pPr>
        <w:pStyle w:val="Commarcadores2"/>
        <w:rPr>
          <w:lang w:val="pt-BR"/>
        </w:rPr>
      </w:pPr>
      <w:r w:rsidRPr="001E021E">
        <w:rPr>
          <w:lang w:val="pt-BR"/>
        </w:rPr>
        <w:t>Utilizar qualquer meio ilícito para vantagem durante a prova;</w:t>
      </w:r>
    </w:p>
    <w:p w14:paraId="58DF5F8A" w14:textId="77777777" w:rsidR="00EB6EB2" w:rsidRPr="001E021E" w:rsidRDefault="00000000">
      <w:pPr>
        <w:pStyle w:val="Commarcadores2"/>
        <w:rPr>
          <w:lang w:val="pt-BR"/>
        </w:rPr>
      </w:pPr>
      <w:r w:rsidRPr="001E021E">
        <w:rPr>
          <w:lang w:val="pt-BR"/>
        </w:rPr>
        <w:t>Desrespeitar participantes, equipe ou organização;</w:t>
      </w:r>
    </w:p>
    <w:p w14:paraId="0C611DC8" w14:textId="77777777" w:rsidR="00EB6EB2" w:rsidRPr="001E021E" w:rsidRDefault="00000000">
      <w:pPr>
        <w:pStyle w:val="Commarcadores2"/>
        <w:rPr>
          <w:lang w:val="pt-BR"/>
        </w:rPr>
      </w:pPr>
      <w:r w:rsidRPr="001E021E">
        <w:rPr>
          <w:lang w:val="pt-BR"/>
        </w:rPr>
        <w:t>Danificar o espaço público ou agredir animais;</w:t>
      </w:r>
    </w:p>
    <w:p w14:paraId="04C043AC" w14:textId="77777777" w:rsidR="00EB6EB2" w:rsidRPr="001E021E" w:rsidRDefault="00000000">
      <w:pPr>
        <w:pStyle w:val="Commarcadores2"/>
        <w:rPr>
          <w:lang w:val="pt-BR"/>
        </w:rPr>
      </w:pPr>
      <w:r w:rsidRPr="001E021E">
        <w:rPr>
          <w:lang w:val="pt-BR"/>
        </w:rPr>
        <w:t>Trocar número de peito sem aviso prévio à organização.</w:t>
      </w:r>
    </w:p>
    <w:p w14:paraId="5EF0D1EF" w14:textId="0646D05D" w:rsidR="00EB6EB2" w:rsidRPr="001E021E" w:rsidRDefault="00000000">
      <w:pPr>
        <w:pStyle w:val="Ttulo2"/>
        <w:rPr>
          <w:lang w:val="pt-BR"/>
        </w:rPr>
      </w:pPr>
      <w:r w:rsidRPr="001E021E">
        <w:rPr>
          <w:lang w:val="pt-BR"/>
        </w:rPr>
        <w:t>ORGANIZAÇÃO</w:t>
      </w:r>
      <w:r w:rsidR="001E021E">
        <w:rPr>
          <w:lang w:val="pt-BR"/>
        </w:rPr>
        <w:t xml:space="preserve"> e REALIZAÇÃO</w:t>
      </w:r>
    </w:p>
    <w:p w14:paraId="57B29D5B" w14:textId="6998C488" w:rsidR="00EB6EB2" w:rsidRPr="001E021E" w:rsidRDefault="001E021E">
      <w:pPr>
        <w:rPr>
          <w:lang w:val="pt-BR"/>
        </w:rPr>
      </w:pPr>
      <w:r>
        <w:rPr>
          <w:lang w:val="pt-BR"/>
        </w:rPr>
        <w:t>SEMEL SÃO LEOPOLDO</w:t>
      </w:r>
    </w:p>
    <w:p w14:paraId="1686CC23" w14:textId="77777777" w:rsidR="001E021E" w:rsidRDefault="00000000" w:rsidP="001E021E">
      <w:pPr>
        <w:pStyle w:val="Ttulo2"/>
        <w:rPr>
          <w:lang w:val="pt-BR"/>
        </w:rPr>
      </w:pPr>
      <w:r w:rsidRPr="001E021E">
        <w:rPr>
          <w:lang w:val="pt-BR"/>
        </w:rPr>
        <w:t>Cronometragem:</w:t>
      </w:r>
    </w:p>
    <w:p w14:paraId="06ECD169" w14:textId="325C35C0" w:rsidR="00EB6EB2" w:rsidRDefault="00000000" w:rsidP="001E021E">
      <w:pPr>
        <w:spacing w:after="0"/>
        <w:rPr>
          <w:lang w:val="pt-BR"/>
        </w:rPr>
      </w:pPr>
      <w:r w:rsidRPr="001E021E">
        <w:rPr>
          <w:lang w:val="pt-BR"/>
        </w:rPr>
        <w:t xml:space="preserve"> Chipset Cronometragem Eletrônica</w:t>
      </w:r>
    </w:p>
    <w:p w14:paraId="1A1FC65B" w14:textId="31BF9AB3" w:rsidR="001E021E" w:rsidRPr="001E021E" w:rsidRDefault="001E021E" w:rsidP="001E021E">
      <w:pPr>
        <w:spacing w:after="0"/>
        <w:rPr>
          <w:lang w:val="pt-BR"/>
        </w:rPr>
      </w:pPr>
      <w:r>
        <w:rPr>
          <w:lang w:val="pt-BR"/>
        </w:rPr>
        <w:t>51999114697 - Noli</w:t>
      </w:r>
    </w:p>
    <w:sectPr w:rsidR="001E021E" w:rsidRPr="001E021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73485462">
    <w:abstractNumId w:val="8"/>
  </w:num>
  <w:num w:numId="2" w16cid:durableId="1203594619">
    <w:abstractNumId w:val="6"/>
  </w:num>
  <w:num w:numId="3" w16cid:durableId="1368677013">
    <w:abstractNumId w:val="5"/>
  </w:num>
  <w:num w:numId="4" w16cid:durableId="2135755464">
    <w:abstractNumId w:val="4"/>
  </w:num>
  <w:num w:numId="5" w16cid:durableId="1251701051">
    <w:abstractNumId w:val="7"/>
  </w:num>
  <w:num w:numId="6" w16cid:durableId="1781874464">
    <w:abstractNumId w:val="3"/>
  </w:num>
  <w:num w:numId="7" w16cid:durableId="50934251">
    <w:abstractNumId w:val="2"/>
  </w:num>
  <w:num w:numId="8" w16cid:durableId="1680691225">
    <w:abstractNumId w:val="1"/>
  </w:num>
  <w:num w:numId="9" w16cid:durableId="1224414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021E"/>
    <w:rsid w:val="0029639D"/>
    <w:rsid w:val="00326F90"/>
    <w:rsid w:val="00711A69"/>
    <w:rsid w:val="00862074"/>
    <w:rsid w:val="009807C9"/>
    <w:rsid w:val="00AA1D8D"/>
    <w:rsid w:val="00B47730"/>
    <w:rsid w:val="00BF589B"/>
    <w:rsid w:val="00CB0664"/>
    <w:rsid w:val="00CC7195"/>
    <w:rsid w:val="00D04A75"/>
    <w:rsid w:val="00E92ACA"/>
    <w:rsid w:val="00EB6EB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811E2"/>
  <w14:defaultImageDpi w14:val="300"/>
  <w15:docId w15:val="{5D023916-EF48-4B85-A1E0-F5914674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José Noli</cp:lastModifiedBy>
  <cp:revision>8</cp:revision>
  <dcterms:created xsi:type="dcterms:W3CDTF">2025-03-29T19:47:00Z</dcterms:created>
  <dcterms:modified xsi:type="dcterms:W3CDTF">2025-04-03T19:22:00Z</dcterms:modified>
  <cp:category/>
</cp:coreProperties>
</file>